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09/2026</w:t>
      </w:r>
      <w:r>
        <w:rPr/>
        <w:t>Umuarama, 19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Almeida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901.076.984-48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Moreira Sales.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Almeida Prado</w:t>
      </w:r>
    </w:p>
    <w:p>
      <w:pPr>
        <w:jc w:val="center"/>
      </w:pPr>
      <w:r>
        <w:rPr/>
        <w:t>CPF 901.076.984-48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