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08/2026</w:t>
      </w:r>
      <w:r>
        <w:rPr/>
        <w:t>Telêmaco Borba, 20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Fernanda Lacerda Almeida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901.330.392-78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Encontro Estadual de Comunicação em Nova Aurora.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Fernanda Lacerda Almeida</w:t>
      </w:r>
    </w:p>
    <w:p>
      <w:pPr>
        <w:jc w:val="center"/>
      </w:pPr>
      <w:r>
        <w:rPr/>
        <w:t>CPF 901.330.392-78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