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02/2026</w:t>
      </w:r>
      <w:r>
        <w:rPr/>
        <w:t>Curitiba, 28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Felipe Dornelles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900.055.433-05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R$ 742,52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Festival de Inverno em Florianópolis.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Felipe Dornelles Ortega</w:t>
      </w:r>
    </w:p>
    <w:p>
      <w:pPr>
        <w:jc w:val="center"/>
      </w:pPr>
      <w:r>
        <w:rPr/>
        <w:t>CPF 900.055.433-05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