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59/2025</w:t>
      </w:r>
      <w:r>
        <w:rPr/>
        <w:t>Foz do Iguaçu, 22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Klein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901.013.632-91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R$ 1.830,47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Bom Sucesso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Klein Klein</w:t>
      </w:r>
    </w:p>
    <w:p>
      <w:pPr>
        <w:jc w:val="center"/>
      </w:pPr>
      <w:r>
        <w:rPr/>
        <w:t>CPF 901.013.632-91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