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58/2025</w:t>
      </w:r>
      <w:r>
        <w:rPr/>
        <w:t>Curitiba, 9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Campos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900.681.034-77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R$ 1.743,30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Santa Terezinha de Itaipu.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Campos Yamamoto</w:t>
      </w:r>
    </w:p>
    <w:p>
      <w:pPr>
        <w:jc w:val="center"/>
      </w:pPr>
      <w:r>
        <w:rPr/>
        <w:t>CPF 900.681.034-77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