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PARANAGUÁ</w:t>
      </w:r>
    </w:p>
    <w:p>
      <w:r>
        <w:rPr>
          <w:b/>
        </w:rPr>
        <w:t>RELATÓRIO TÉCNICO DE VIAGEM</w:t>
      </w:r>
    </w:p>
    <w:p>
      <w:r>
        <w:rPr/>
        <w:t>Ref. ao Ofício 53/2025</w:t>
      </w:r>
      <w:r>
        <w:rPr/>
        <w:t>Paranaguá, 21 de janeiro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Vinícius Campos Gouveia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901.195.769-54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Congresso de Investigação Criminal em Rio Bonito do Iguaçu.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Vinícius Campos Gouveia</w:t>
      </w:r>
    </w:p>
    <w:p>
      <w:pPr>
        <w:jc w:val="center"/>
      </w:pPr>
      <w:r>
        <w:rPr/>
        <w:t>CPF 901.195.769-54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Paranaguá - Rua Fictícia, 119 - Centro - Paranaguá/PR - CEP 80000-019 - (41) 3000-0019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