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p>
      <w:r>
        <w:rPr>
          <w:b/>
        </w:rPr>
        <w:t>RELATÓRIO TÉCNICO DE VIAGEM</w:t>
      </w:r>
    </w:p>
    <w:p>
      <w:r>
        <w:rPr/>
        <w:t>Ref. ao Ofício 51/2025</w:t>
      </w:r>
      <w:r>
        <w:rPr/>
        <w:t>Ponta Grossa, 17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Rafael Nogueira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900.934.442-82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R$ 4.729,51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Congonhinhas.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Rafael Nogueira Iwamoto</w:t>
      </w:r>
    </w:p>
    <w:p>
      <w:pPr>
        <w:jc w:val="center"/>
      </w:pPr>
      <w:r>
        <w:rPr/>
        <w:t>CPF 900.934.442-82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