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50/2025</w:t>
      </w:r>
      <w:r>
        <w:rPr/>
        <w:t>Curitiba, 24 de dezembro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João Sampaio Campos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900.142.542-99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R$ 581,10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em reunião de alinhamento operacional em Guaraci.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João Sampaio Campos</w:t>
      </w:r>
    </w:p>
    <w:p>
      <w:pPr>
        <w:jc w:val="center"/>
      </w:pPr>
      <w:r>
        <w:rPr/>
        <w:t>CPF 900.142.542-99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