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49/2025</w:t>
      </w:r>
      <w:r>
        <w:rPr/>
        <w:t>Londrina, 5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Xavier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900.783.981-01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São Jorge d'Oeste.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Xavier Almeida</w:t>
      </w:r>
    </w:p>
    <w:p>
      <w:pPr>
        <w:jc w:val="center"/>
      </w:pPr>
      <w:r>
        <w:rPr/>
        <w:t>CPF 900.783.981-01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