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47/2025</w:t>
      </w:r>
      <w:r>
        <w:rPr/>
        <w:t>Curitiba, 19 de dezembro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João Sampaio Campos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900.142.542-99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R$ 871,65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Telêmaco Borba.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João Sampaio Campos</w:t>
      </w:r>
    </w:p>
    <w:p>
      <w:pPr>
        <w:jc w:val="center"/>
      </w:pPr>
      <w:r>
        <w:rPr/>
        <w:t>CPF 900.142.542-99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