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46/2025</w:t>
      </w:r>
      <w:r>
        <w:rPr/>
        <w:t>Curitiba, 11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900.443.464-00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R$ 915,23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Sapopema.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Xavier Prado</w:t>
      </w:r>
    </w:p>
    <w:p>
      <w:pPr>
        <w:jc w:val="center"/>
      </w:pPr>
      <w:r>
        <w:rPr/>
        <w:t>CPF 900.443.464-00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