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44/2025</w:t>
      </w:r>
      <w:r>
        <w:rPr/>
        <w:t>Curitiba, 16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Rafael Ortega Lacerda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900.079.190-19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R$ 936,24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Brasília.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Rafael Ortega Lacerda</w:t>
      </w:r>
    </w:p>
    <w:p>
      <w:pPr>
        <w:jc w:val="center"/>
      </w:pPr>
      <w:r>
        <w:rPr/>
        <w:t>CPF 900.079.190-19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