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MARINGÁ</w:t>
      </w:r>
    </w:p>
    <w:p>
      <w:r>
        <w:rPr>
          <w:b/>
        </w:rPr>
        <w:t>RELATÓRIO TÉCNICO DE VIAGEM</w:t>
      </w:r>
    </w:p>
    <w:p>
      <w:r>
        <w:rPr/>
        <w:t>Ref. ao Ofício 43/2025</w:t>
      </w:r>
      <w:r>
        <w:rPr/>
        <w:t>Maringá, 12 de novembro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Mariana Nascimento Iwamoto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900.847.333-07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Expo Paraná Rural, representando a Polícia Civil, em Siqueira Campos.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Mariana Nascimento Iwamoto</w:t>
      </w:r>
    </w:p>
    <w:p>
      <w:pPr>
        <w:jc w:val="center"/>
      </w:pPr>
      <w:r>
        <w:rPr/>
        <w:t>CPF 900.847.333-07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Maringá - Rua Fictícia, 110 - Centro - Maringá/PR - CEP 80000-010 - (41) 3000-0010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