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p>
      <w:r>
        <w:rPr>
          <w:b/>
        </w:rPr>
        <w:t>RELATÓRIO TÉCNICO DE VIAGEM</w:t>
      </w:r>
    </w:p>
    <w:p>
      <w:r>
        <w:rPr/>
        <w:t>Ref. ao Ofício 43/2025</w:t>
      </w:r>
      <w:r>
        <w:rPr/>
        <w:t>Maringá, 12 de novembro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Vasconcelos Ferraz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900.894.847-80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Siqueira Campos.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Vasconcelos Ferraz</w:t>
      </w:r>
    </w:p>
    <w:p>
      <w:pPr>
        <w:jc w:val="center"/>
      </w:pPr>
      <w:r>
        <w:rPr/>
        <w:t>CPF 900.894.847-80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