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41/2025</w:t>
      </w:r>
      <w:r>
        <w:rPr/>
        <w:t>Curitiba,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Gouveia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900.625.601-32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Espigão Alto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Gouveia Uchôa</w:t>
      </w:r>
    </w:p>
    <w:p>
      <w:pPr>
        <w:jc w:val="center"/>
      </w:pPr>
      <w:r>
        <w:rPr/>
        <w:t>CPF 900.625.601-32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