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37/2025</w:t>
      </w:r>
      <w:r>
        <w:rPr/>
        <w:t>Curitiba, 8 de outubro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Henrique Nascimento Lacerda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900.095.028-75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R$ 668,27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Feira Agropecuária Regional em Palmas.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Henrique Nascimento Lacerda</w:t>
      </w:r>
    </w:p>
    <w:p>
      <w:pPr>
        <w:jc w:val="center"/>
      </w:pPr>
      <w:r>
        <w:rPr/>
        <w:t>CPF 900.095.028-75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