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37/2025</w:t>
      </w:r>
      <w:r>
        <w:rPr/>
        <w:t>Curitiba, 8 de outubro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Valéria Xavier Ribeiro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900.126.704-14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R$ 668,27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e condução da Unidade Móvel no evento Feira Agropecuária Regional em Palmas.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Valéria Xavier Ribeiro</w:t>
      </w:r>
    </w:p>
    <w:p>
      <w:pPr>
        <w:jc w:val="center"/>
      </w:pPr>
      <w:r>
        <w:rPr/>
        <w:t>CPF 900.126.704-14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