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FOZ DO IGUAÇU</w:t>
      </w:r>
    </w:p>
    <w:p>
      <w:r>
        <w:rPr>
          <w:b/>
        </w:rPr>
        <w:t>RELATÓRIO TÉCNICO DE VIAGEM</w:t>
      </w:r>
    </w:p>
    <w:p>
      <w:r>
        <w:rPr/>
        <w:t>Ref. ao Ofício 34/2025</w:t>
      </w:r>
      <w:r>
        <w:rPr/>
        <w:t>Foz do Iguaçu, 15 de outubro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Pacheco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901.005.713-53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Apoio e condução da Unidade Móvel no evento Expo Paraná Rural em Boa Ventura de São Roque.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Pacheco Duarte</w:t>
      </w:r>
    </w:p>
    <w:p>
      <w:pPr>
        <w:jc w:val="center"/>
      </w:pPr>
      <w:r>
        <w:rPr/>
        <w:t>CPF 901.005.713-53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Foz do Iguaçu - Rua Fictícia, 113 - Centro - Foz do Iguaçu/PR - CEP 80000-013 - (41) 3000-0013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