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34/2025</w:t>
      </w:r>
      <w:r>
        <w:rPr/>
        <w:t>Foz do Iguaçu, 15 de outubro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Holanda Xavier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901.267.040-32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Expo Paraná Rural em Boa Ventura de São Roque.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Holanda Xavier</w:t>
      </w:r>
    </w:p>
    <w:p>
      <w:pPr>
        <w:jc w:val="center"/>
      </w:pPr>
      <w:r>
        <w:rPr/>
        <w:t>CPF 901.267.040-32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