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34/2025</w:t>
      </w:r>
      <w:r>
        <w:rPr/>
        <w:t>Foz do Iguaçu, 15 de outubro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Klein Klein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901.013.632-91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Boa Ventura de São Roque.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Klein Klein</w:t>
      </w:r>
    </w:p>
    <w:p>
      <w:pPr>
        <w:jc w:val="center"/>
      </w:pPr>
      <w:r>
        <w:rPr/>
        <w:t>CPF 901.013.632-91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