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31/2025</w:t>
      </w:r>
      <w:r>
        <w:rPr/>
        <w:t>Curitiba, 12 de setembro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Cecília Esteves Holanda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900.277.165-71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R$ 1.452,75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Pato Branco.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Cecília Esteves Holanda</w:t>
      </w:r>
    </w:p>
    <w:p>
      <w:pPr>
        <w:jc w:val="center"/>
      </w:pPr>
      <w:r>
        <w:rPr/>
        <w:t>CPF 900.277.165-71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