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DE POLÍCIA DA CAPITAL</w:t>
      </w:r>
    </w:p>
    <w:p>
      <w:r>
        <w:rPr>
          <w:b/>
        </w:rPr>
        <w:t>RELATÓRIO TÉCNICO DE VIAGEM</w:t>
      </w:r>
    </w:p>
    <w:p>
      <w:r>
        <w:rPr/>
        <w:t>Ref. ao Ofício 31/2025</w:t>
      </w:r>
      <w:r>
        <w:rPr/>
        <w:t>Curitiba, 12 de setembro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Marcelo Ferraz Ortega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900.332.598-70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R$ 1.452,75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Apoio às diligências da investigação em andamento em Pato Branco.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Marcelo Ferraz Ortega</w:t>
      </w:r>
    </w:p>
    <w:p>
      <w:pPr>
        <w:jc w:val="center"/>
      </w:pPr>
      <w:r>
        <w:rPr/>
        <w:t>CPF 900.332.598-70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de Polícia da Capital - Rua Fictícia, 101 - Centro - Curitiba/PR - CEP 80000-001 - (41) 3000-0001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