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UMUARAMA</w:t>
      </w:r>
    </w:p>
    <w:p>
      <w:r>
        <w:rPr>
          <w:b/>
        </w:rPr>
        <w:t>RELATÓRIO TÉCNICO DE VIAGEM</w:t>
      </w:r>
    </w:p>
    <w:p>
      <w:r>
        <w:rPr/>
        <w:t>Ref. ao Ofício 28/2025</w:t>
      </w:r>
      <w:r>
        <w:rPr/>
        <w:t>Umuarama, 5 de agosto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Moraes Dornelles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901.084.903-10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Abatiá.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Moraes Dornelles</w:t>
      </w:r>
    </w:p>
    <w:p>
      <w:pPr>
        <w:jc w:val="center"/>
      </w:pPr>
      <w:r>
        <w:rPr/>
        <w:t>CPF 901.084.903-10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Umuarama - Rua Fictícia, 115 - Centro - Umuarama/PR - CEP 80000-015 - (41) 3000-0015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