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25/2025</w:t>
      </w:r>
      <w:r>
        <w:rPr/>
        <w:t>Curitiba, 27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Isabela Jardim Sampaio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900.158.380-65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Luiziana.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Isabela Jardim Sampaio</w:t>
      </w:r>
    </w:p>
    <w:p>
      <w:pPr>
        <w:jc w:val="center"/>
      </w:pPr>
      <w:r>
        <w:rPr/>
        <w:t>CPF 900.158.380-65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