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UMUARAMA</w:t>
      </w:r>
    </w:p>
    <w:p>
      <w:r>
        <w:rPr>
          <w:b/>
        </w:rPr>
        <w:t>RELATÓRIO TÉCNICO DE VIAGEM</w:t>
      </w:r>
    </w:p>
    <w:p>
      <w:r>
        <w:rPr/>
        <w:t>Ref. ao Ofício 21/2025</w:t>
      </w:r>
      <w:r>
        <w:rPr/>
        <w:t>Umuarama, 15 de julho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Simone Moraes Dornelles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901.084.903-10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Entrega de equipamentos e vistoria das instalações da delegacia de Capanema.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Simone Moraes Dornelles</w:t>
      </w:r>
    </w:p>
    <w:p>
      <w:pPr>
        <w:jc w:val="center"/>
      </w:pPr>
      <w:r>
        <w:rPr/>
        <w:t>CPF 901.084.903-10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Umuarama - Rua Fictícia, 115 - Centro - Umuarama/PR - CEP 80000-015 - (41) 3000-0015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