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21/2025</w:t>
      </w:r>
      <w:r>
        <w:rPr/>
        <w:t>Umuarama, 15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Almeida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901.076.984-48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Capanema.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Almeida Prado</w:t>
      </w:r>
    </w:p>
    <w:p>
      <w:pPr>
        <w:jc w:val="center"/>
      </w:pPr>
      <w:r>
        <w:rPr/>
        <w:t>CPF 901.076.984-48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