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19/2025</w:t>
      </w:r>
      <w:r>
        <w:rPr/>
        <w:t>Curitiba, 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Campos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900.372.193-92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Jaguariaíva.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Campos Esteves</w:t>
      </w:r>
    </w:p>
    <w:p>
      <w:pPr>
        <w:jc w:val="center"/>
      </w:pPr>
      <w:r>
        <w:rPr/>
        <w:t>CPF 900.372.193-92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