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18/2025</w:t>
      </w:r>
      <w:r>
        <w:rPr/>
        <w:t>Toledo, 11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Almeida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901.243.283-94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Reserva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Almeida Lacerda</w:t>
      </w:r>
    </w:p>
    <w:p>
      <w:pPr>
        <w:jc w:val="center"/>
      </w:pPr>
      <w:r>
        <w:rPr/>
        <w:t>CPF 901.243.283-94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