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16/2025</w:t>
      </w:r>
      <w:r>
        <w:rPr/>
        <w:t>Ponta Grossa, 2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900.902.766-05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R$ 742,52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Porto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Ortega</w:t>
      </w:r>
    </w:p>
    <w:p>
      <w:pPr>
        <w:jc w:val="center"/>
      </w:pPr>
      <w:r>
        <w:rPr/>
        <w:t>CPF 900.902.766-05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