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Prado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900.435.545-64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Prado Arruda</w:t>
      </w:r>
    </w:p>
    <w:p>
      <w:pPr>
        <w:jc w:val="center"/>
      </w:pPr>
      <w:r>
        <w:rPr/>
        <w:t>CPF 900.435.545-64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