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06/2025</w:t>
      </w:r>
      <w:r>
        <w:rPr/>
        <w:t>Curitiba, 2 de abril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Ingrid Duarte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900.237.570-01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Novo Itacolomi.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Ingrid Duarte Jardim</w:t>
      </w:r>
    </w:p>
    <w:p>
      <w:pPr>
        <w:jc w:val="center"/>
      </w:pPr>
      <w:r>
        <w:rPr/>
        <w:t>CPF 900.237.570-01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