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p>
      <w:r>
        <w:rPr>
          <w:b/>
        </w:rPr>
        <w:t>RELATÓRIO TÉCNICO DE VIAGEM</w:t>
      </w:r>
    </w:p>
    <w:p>
      <w:r>
        <w:rPr/>
        <w:t>Ref. ao Ofício 01/2025</w:t>
      </w:r>
      <w:r>
        <w:rPr/>
        <w:t>Guarapuava, 14 de fevereiro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Beatriz Macedo Tavares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901.298.716-49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Formosa do Oeste.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Beatriz Macedo Tavares</w:t>
      </w:r>
    </w:p>
    <w:p>
      <w:pPr>
        <w:jc w:val="center"/>
      </w:pPr>
      <w:r>
        <w:rPr/>
        <w:t>CPF 901.298.716-49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Guarapuava - Rua Fictícia, 114 - Centro - Guarapuava/PR - CEP 80000-014 - (41) 3000-0014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