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ASSESSORIA DE COMUNICAÇÃO SOCIAL</w:t>
      </w:r>
    </w:p>
    <w:p>
      <w:r>
        <w:rPr>
          <w:b/>
        </w:rPr>
        <w:t>RELATÓRIO TÉCNICO DE VIAGEM</w:t>
      </w:r>
    </w:p>
    <w:p>
      <w:r>
        <w:rPr/>
        <w:t>Ref. ao Ofício 26/2024</w:t>
      </w:r>
      <w:r>
        <w:rPr/>
        <w:t>Curitiba, 18 de dezembro de 2024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Isabela Jardim Sampaio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900.158.380-65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R$ 958,82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Cobertura jornalística de operação policial em Nossa Senhora das Graças.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Isabela Jardim Sampaio</w:t>
      </w:r>
    </w:p>
    <w:p>
      <w:pPr>
        <w:jc w:val="center"/>
      </w:pPr>
      <w:r>
        <w:rPr/>
        <w:t>CPF 900.158.380-65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Assessoria de Comunicação Social - Rua Fictícia, 100 - Centro - Curitiba/PR - CEP 80000-000 - (41) 3000-0000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