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TOLEDO</w:t>
      </w:r>
    </w:p>
    <w:p>
      <w:r>
        <w:rPr>
          <w:b/>
        </w:rPr>
        <w:t>RELATÓRIO TÉCNICO DE VIAGEM</w:t>
      </w:r>
    </w:p>
    <w:p>
      <w:r>
        <w:rPr/>
        <w:t>Ref. ao Ofício 160/2026</w:t>
      </w:r>
      <w:r>
        <w:rPr/>
        <w:t>Toledo,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Fábio Ferraz Queiroz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901.251.202-66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Feira Agropecuária Regional, representando a Polícia Civil, em São Jerônimo da Serra.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Fábio Ferraz Queiroz</w:t>
      </w:r>
    </w:p>
    <w:p>
      <w:pPr>
        <w:jc w:val="center"/>
      </w:pPr>
      <w:r>
        <w:rPr/>
        <w:t>CPF 901.251.202-66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Toledo - Rua Fictícia, 120 - Centro - Toledo/PR - CEP 80000-020 - (41) 3000-0020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