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160/2026</w:t>
      </w:r>
      <w:r>
        <w:rPr/>
        <w:t>Toledo,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Almeida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901.243.283-94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São Jerônimo da Serra.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Almeida Lacerda</w:t>
      </w:r>
    </w:p>
    <w:p>
      <w:pPr>
        <w:jc w:val="center"/>
      </w:pPr>
      <w:r>
        <w:rPr/>
        <w:t>CPF 901.243.283-94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