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Iwamoto Ferraz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901.219.526-82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Iwamoto Ferraz</w:t>
      </w:r>
    </w:p>
    <w:p>
      <w:pPr>
        <w:jc w:val="center"/>
      </w:pPr>
      <w:r>
        <w:rPr/>
        <w:t>CPF 901.219.526-82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