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PARANAGUÁ</w:t>
      </w:r>
    </w:p>
    <w:p>
      <w:r>
        <w:rPr>
          <w:b/>
        </w:rPr>
        <w:t>RELATÓRIO TÉCNICO DE VIAGEM</w:t>
      </w:r>
    </w:p>
    <w:p>
      <w:r>
        <w:rPr/>
        <w:t>Ref. ao Ofício 25/2024</w:t>
      </w:r>
      <w:r>
        <w:rPr/>
        <w:t>Paranaguá, 6 de novembro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Jonas Holanda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901.203.688-71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Entrega de equipamentos e vistoria das instalações da delegacia de Jardim Olinda.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Jonas Holanda Lacerda</w:t>
      </w:r>
    </w:p>
    <w:p>
      <w:pPr>
        <w:jc w:val="center"/>
      </w:pPr>
      <w:r>
        <w:rPr/>
        <w:t>CPF 901.203.688-71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Paranaguá - Rua Fictícia, 119 - Centro - Paranaguá/PR - CEP 80000-019 - (41) 3000-0019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