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p>
      <w:r>
        <w:rPr>
          <w:b/>
        </w:rPr>
        <w:t>RELATÓRIO TÉCNICO DE VIAGEM</w:t>
      </w:r>
    </w:p>
    <w:p>
      <w:r>
        <w:rPr/>
        <w:t>Ref. ao Ofício 25/2024</w:t>
      </w:r>
      <w:r>
        <w:rPr/>
        <w:t>Paranaguá, 6 de novembro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Vinícius Campos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901.195.769-54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Jardim Olinda.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Vinícius Campos Gouveia</w:t>
      </w:r>
    </w:p>
    <w:p>
      <w:pPr>
        <w:jc w:val="center"/>
      </w:pPr>
      <w:r>
        <w:rPr/>
        <w:t>CPF 901.195.769-54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