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p>
      <w:r>
        <w:rPr>
          <w:b/>
        </w:rPr>
        <w:t>RELATÓRIO TÉCNICO DE VIAGEM</w:t>
      </w:r>
    </w:p>
    <w:p>
      <w:r>
        <w:rPr/>
        <w:t>Ref. ao Ofício 25/2024</w:t>
      </w:r>
      <w:r>
        <w:rPr/>
        <w:t>Paranaguá, 6 de novembro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Tavares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901.346.230-89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Jardim Olinda.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Tavares Holanda</w:t>
      </w:r>
    </w:p>
    <w:p>
      <w:pPr>
        <w:jc w:val="center"/>
      </w:pPr>
      <w:r>
        <w:rPr/>
        <w:t>CPF 901.346.230-89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