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ESCOLA SUPERIOR DE POLÍCIA CIVIL</w:t>
      </w:r>
    </w:p>
    <w:p>
      <w:r>
        <w:rPr>
          <w:b/>
        </w:rPr>
        <w:t>RELATÓRIO TÉCNICO DE VIAGEM</w:t>
      </w:r>
    </w:p>
    <w:p>
      <w:r>
        <w:rPr/>
        <w:t>Ref. ao Ofício 154/2026</w:t>
      </w:r>
      <w:r>
        <w:rPr/>
        <w:t>Curitiba, 27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Tatiane Gouveia Uchôa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900.625.601-32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Semana de Prevenção às Drogas em Icaraíma.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Tatiane Gouveia Uchôa</w:t>
      </w:r>
    </w:p>
    <w:p>
      <w:pPr>
        <w:jc w:val="center"/>
      </w:pPr>
      <w:r>
        <w:rPr/>
        <w:t>CPF 900.625.601-32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Escola Superior de Polícia Civil - Rua Fictícia, 105 - Centro - Curitiba/PR - CEP 80000-005 - (41) 3000-0005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