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p>
      <w:r>
        <w:rPr>
          <w:b/>
        </w:rPr>
        <w:t>RELATÓRIO TÉCNICO DE VIAGEM</w:t>
      </w:r>
    </w:p>
    <w:p>
      <w:r>
        <w:rPr/>
        <w:t>Ref. ao Ofício 154/2026</w:t>
      </w:r>
      <w:r>
        <w:rPr/>
        <w:t>Curitiba, 27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Igor Iwamoto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900.609.763-23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Semana de Prevenção às Drogas em Icaraíma.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Igor Iwamoto Xavier</w:t>
      </w:r>
    </w:p>
    <w:p>
      <w:pPr>
        <w:jc w:val="center"/>
      </w:pPr>
      <w:r>
        <w:rPr/>
        <w:t>CPF 900.609.763-23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