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02/2024</w:t>
      </w:r>
      <w:r>
        <w:rPr/>
        <w:t>Ponta Grossa, 6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Nogueira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900.910.685-34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R$ 1.249,37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Festival de Inverno em Santo Antônio da Platina.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Nogueira Tavares</w:t>
      </w:r>
    </w:p>
    <w:p>
      <w:pPr>
        <w:jc w:val="center"/>
      </w:pPr>
      <w:r>
        <w:rPr/>
        <w:t>CPF 900.910.685-34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