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APUCARANA</w:t>
      </w:r>
    </w:p>
    <w:p>
      <w:r>
        <w:rPr>
          <w:b/>
        </w:rPr>
        <w:t>RELATÓRIO TÉCNICO DE VIAGEM</w:t>
      </w:r>
    </w:p>
    <w:p>
      <w:r>
        <w:rPr/>
        <w:t>Ref. ao Ofício 136/2026</w:t>
      </w:r>
      <w:r>
        <w:rPr/>
        <w:t>Apucarana, 19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Úrsula Prado Esteves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901.108.660-03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R$ 43,58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São Sebastião da Amoreira.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Úrsula Prado Esteves</w:t>
      </w:r>
    </w:p>
    <w:p>
      <w:pPr>
        <w:jc w:val="center"/>
      </w:pPr>
      <w:r>
        <w:rPr/>
        <w:t>CPF 901.108.660-03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Apucarana - Rua Fictícia, 117 - Centro - Apucarana/PR - CEP 80000-017 - (41) 3000-0017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