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136/2026</w:t>
      </w:r>
      <w:r>
        <w:rPr/>
        <w:t>Apucarana, 19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Werneck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901.148.255-73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São Sebastião da Amoreira.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Werneck Nascimento</w:t>
      </w:r>
    </w:p>
    <w:p>
      <w:pPr>
        <w:jc w:val="center"/>
      </w:pPr>
      <w:r>
        <w:rPr/>
        <w:t>CPF 901.148.255-73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