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136/2026</w:t>
      </w:r>
      <w:r>
        <w:rPr/>
        <w:t>Apucarana, 19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Valente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901.140.336-34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Sebastião da Amoreira.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Valente Nogueira</w:t>
      </w:r>
    </w:p>
    <w:p>
      <w:pPr>
        <w:jc w:val="center"/>
      </w:pPr>
      <w:r>
        <w:rPr/>
        <w:t>CPF 901.140.336-34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