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135/2026</w:t>
      </w:r>
      <w:r>
        <w:rPr/>
        <w:t>Curitiba, 14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Paulo Ribeiro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900.205.894-26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R$ 2.324,40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Rancho Alegre.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Atendimento ao público e apoio à equipe local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A ação foi realizada conforme o planejado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Paulo Ribeiro Ortega</w:t>
      </w:r>
    </w:p>
    <w:p>
      <w:pPr>
        <w:jc w:val="center"/>
      </w:pPr>
      <w:r>
        <w:rPr/>
        <w:t>CPF 900.205.894-26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