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p>
      <w:r>
        <w:rPr>
          <w:b/>
        </w:rPr>
        <w:t>RELATÓRIO TÉCNICO DE VIAGEM</w:t>
      </w:r>
    </w:p>
    <w:p>
      <w:r>
        <w:rPr/>
        <w:t>Ref. ao Ofício 133/2026</w:t>
      </w:r>
      <w:r>
        <w:rPr/>
        <w:t>Campo Mourão,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Karen Queiroz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900.815.657-13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Cornélio Procópio.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Karen Queiroz Valente</w:t>
      </w:r>
    </w:p>
    <w:p>
      <w:pPr>
        <w:jc w:val="center"/>
      </w:pPr>
      <w:r>
        <w:rPr/>
        <w:t>CPF 900.815.657-13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