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132/2026</w:t>
      </w:r>
      <w:r>
        <w:rPr/>
        <w:t>Curitiba, 28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Arruda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900.720.629-09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R$ 2.566,53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Porto Alegre.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Arruda Ribeiro</w:t>
      </w:r>
    </w:p>
    <w:p>
      <w:pPr>
        <w:jc w:val="center"/>
      </w:pPr>
      <w:r>
        <w:rPr/>
        <w:t>CPF 900.720.629-09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