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129/2026</w:t>
      </w:r>
      <w:r>
        <w:rPr/>
        <w:t>Londrina, 17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Quésia Klein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900.799.819-69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Festival de Inverno, representando a Polícia Civil, em Mercedes.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Quésia Klein Holanda</w:t>
      </w:r>
    </w:p>
    <w:p>
      <w:pPr>
        <w:jc w:val="center"/>
      </w:pPr>
      <w:r>
        <w:rPr/>
        <w:t>CPF 900.799.819-69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