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MARINGÁ</w:t>
      </w:r>
    </w:p>
    <w:p>
      <w:r>
        <w:rPr>
          <w:b/>
        </w:rPr>
        <w:t>RELATÓRIO TÉCNICO DE VIAGEM</w:t>
      </w:r>
    </w:p>
    <w:p>
      <w:r>
        <w:rPr/>
        <w:t>Ref. ao Ofício 128/2026</w:t>
      </w:r>
      <w:r>
        <w:rPr/>
        <w:t>Maringá, 2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Heitor Holanda Queiroz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900.879.009-21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R$ 1.205,78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São José dos Pinhais.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Heitor Holanda Queiroz</w:t>
      </w:r>
    </w:p>
    <w:p>
      <w:pPr>
        <w:jc w:val="center"/>
      </w:pPr>
      <w:r>
        <w:rPr/>
        <w:t>CPF 900.879.009-21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Maringá - Rua Fictícia, 110 - Centro - Maringá/PR - CEP 80000-010 - (41) 3000-0010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